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59C52" w14:textId="77777777" w:rsidR="001477AD" w:rsidRDefault="0029386B">
      <w:pPr>
        <w:pStyle w:val="Heading1"/>
      </w:pPr>
      <w:r>
        <w:t>Risk Assessment – Strength &amp; Conditioning Session</w:t>
      </w:r>
    </w:p>
    <w:p w14:paraId="682AC0DD" w14:textId="77777777" w:rsidR="001477AD" w:rsidRDefault="0029386B">
      <w:r>
        <w:t>Activity: Strength &amp; Conditioning (S&amp;C) Training Session</w:t>
      </w:r>
    </w:p>
    <w:p w14:paraId="4B35DEA3" w14:textId="0031020D" w:rsidR="001477AD" w:rsidRDefault="0029386B">
      <w:r>
        <w:t xml:space="preserve">Location: </w:t>
      </w:r>
      <w:r w:rsidR="006C0A22">
        <w:t>Hartshill Runners / Hartshill Park/</w:t>
      </w:r>
      <w:r>
        <w:t xml:space="preserve"> Outdoor Space]</w:t>
      </w:r>
    </w:p>
    <w:p w14:paraId="6CAAF2D2" w14:textId="1771B4C7" w:rsidR="001477AD" w:rsidRDefault="0029386B">
      <w:r>
        <w:t>Assessor: [</w:t>
      </w:r>
      <w:r w:rsidR="006C0A22">
        <w:t>Emma Hall</w:t>
      </w:r>
      <w:r>
        <w:t>]</w:t>
      </w:r>
    </w:p>
    <w:p w14:paraId="753259CC" w14:textId="390C96D8" w:rsidR="001477AD" w:rsidRDefault="0029386B">
      <w:r>
        <w:t>Date of Assessment: [</w:t>
      </w:r>
      <w:r w:rsidR="006C0A22">
        <w:t>25/08/2025</w:t>
      </w:r>
      <w:r>
        <w:t>]</w:t>
      </w:r>
    </w:p>
    <w:p w14:paraId="27ABDC86" w14:textId="60B14D70" w:rsidR="001477AD" w:rsidRDefault="0029386B">
      <w:r>
        <w:t>Review Date: [</w:t>
      </w:r>
      <w:r w:rsidR="006C0A22">
        <w:t>25/08/2027</w:t>
      </w:r>
      <w:r>
        <w:t>]</w:t>
      </w:r>
    </w:p>
    <w:p w14:paraId="0737CC70" w14:textId="77777777" w:rsidR="001477AD" w:rsidRDefault="0029386B">
      <w:pPr>
        <w:pStyle w:val="Heading2"/>
      </w:pPr>
      <w:r>
        <w:t>Hazard Identification and Control Measures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692"/>
        <w:gridCol w:w="1616"/>
        <w:gridCol w:w="1495"/>
        <w:gridCol w:w="2349"/>
        <w:gridCol w:w="1488"/>
      </w:tblGrid>
      <w:tr w:rsidR="001477AD" w14:paraId="20204EA2" w14:textId="77777777">
        <w:tc>
          <w:tcPr>
            <w:tcW w:w="1728" w:type="dxa"/>
          </w:tcPr>
          <w:p w14:paraId="02AA8A4E" w14:textId="77777777" w:rsidR="001477AD" w:rsidRDefault="0029386B">
            <w:r>
              <w:t>Hazard</w:t>
            </w:r>
          </w:p>
        </w:tc>
        <w:tc>
          <w:tcPr>
            <w:tcW w:w="1728" w:type="dxa"/>
          </w:tcPr>
          <w:p w14:paraId="63888CDA" w14:textId="77777777" w:rsidR="001477AD" w:rsidRDefault="0029386B">
            <w:r>
              <w:t>Who Might Be Harmed</w:t>
            </w:r>
          </w:p>
        </w:tc>
        <w:tc>
          <w:tcPr>
            <w:tcW w:w="1728" w:type="dxa"/>
          </w:tcPr>
          <w:p w14:paraId="08908215" w14:textId="77777777" w:rsidR="001477AD" w:rsidRDefault="0029386B">
            <w:r>
              <w:t>Risk (L/M/H)</w:t>
            </w:r>
          </w:p>
        </w:tc>
        <w:tc>
          <w:tcPr>
            <w:tcW w:w="1728" w:type="dxa"/>
          </w:tcPr>
          <w:p w14:paraId="2ADB25EA" w14:textId="77777777" w:rsidR="001477AD" w:rsidRDefault="0029386B">
            <w:r>
              <w:t>Control Measures</w:t>
            </w:r>
          </w:p>
        </w:tc>
        <w:tc>
          <w:tcPr>
            <w:tcW w:w="1728" w:type="dxa"/>
          </w:tcPr>
          <w:p w14:paraId="344A4405" w14:textId="77777777" w:rsidR="001477AD" w:rsidRDefault="0029386B">
            <w:r>
              <w:t>Residual Risk</w:t>
            </w:r>
          </w:p>
        </w:tc>
      </w:tr>
      <w:tr w:rsidR="001477AD" w14:paraId="0668DFBD" w14:textId="77777777">
        <w:tc>
          <w:tcPr>
            <w:tcW w:w="1728" w:type="dxa"/>
          </w:tcPr>
          <w:p w14:paraId="12755606" w14:textId="77777777" w:rsidR="001477AD" w:rsidRDefault="0029386B">
            <w:r>
              <w:t>Slips, trips, and falls</w:t>
            </w:r>
          </w:p>
        </w:tc>
        <w:tc>
          <w:tcPr>
            <w:tcW w:w="1728" w:type="dxa"/>
          </w:tcPr>
          <w:p w14:paraId="3A71EE5C" w14:textId="77777777" w:rsidR="001477AD" w:rsidRDefault="0029386B">
            <w:r>
              <w:t>Participants, coach</w:t>
            </w:r>
          </w:p>
        </w:tc>
        <w:tc>
          <w:tcPr>
            <w:tcW w:w="1728" w:type="dxa"/>
          </w:tcPr>
          <w:p w14:paraId="3FD21285" w14:textId="77777777" w:rsidR="001477AD" w:rsidRDefault="0029386B">
            <w:r>
              <w:t>M</w:t>
            </w:r>
          </w:p>
        </w:tc>
        <w:tc>
          <w:tcPr>
            <w:tcW w:w="1728" w:type="dxa"/>
          </w:tcPr>
          <w:p w14:paraId="791D3CA6" w14:textId="77777777" w:rsidR="001477AD" w:rsidRDefault="0029386B">
            <w:r>
              <w:t>Ensure floor is clear of equipment and dry; use suitable footwear; check environment before session</w:t>
            </w:r>
          </w:p>
        </w:tc>
        <w:tc>
          <w:tcPr>
            <w:tcW w:w="1728" w:type="dxa"/>
          </w:tcPr>
          <w:p w14:paraId="71AC9F51" w14:textId="77777777" w:rsidR="001477AD" w:rsidRDefault="0029386B">
            <w:r>
              <w:t>L</w:t>
            </w:r>
          </w:p>
        </w:tc>
      </w:tr>
      <w:tr w:rsidR="001477AD" w14:paraId="66D9FDBF" w14:textId="77777777">
        <w:tc>
          <w:tcPr>
            <w:tcW w:w="1728" w:type="dxa"/>
          </w:tcPr>
          <w:p w14:paraId="005C0C23" w14:textId="77777777" w:rsidR="001477AD" w:rsidRDefault="0029386B">
            <w:r>
              <w:t>Incorrect lifting technique / poor form</w:t>
            </w:r>
          </w:p>
        </w:tc>
        <w:tc>
          <w:tcPr>
            <w:tcW w:w="1728" w:type="dxa"/>
          </w:tcPr>
          <w:p w14:paraId="664A5036" w14:textId="77777777" w:rsidR="001477AD" w:rsidRDefault="0029386B">
            <w:r>
              <w:t>Participants</w:t>
            </w:r>
          </w:p>
        </w:tc>
        <w:tc>
          <w:tcPr>
            <w:tcW w:w="1728" w:type="dxa"/>
          </w:tcPr>
          <w:p w14:paraId="4BF41BFB" w14:textId="77777777" w:rsidR="001477AD" w:rsidRDefault="0029386B">
            <w:r>
              <w:t>H</w:t>
            </w:r>
          </w:p>
        </w:tc>
        <w:tc>
          <w:tcPr>
            <w:tcW w:w="1728" w:type="dxa"/>
          </w:tcPr>
          <w:p w14:paraId="6EE257C7" w14:textId="77777777" w:rsidR="001477AD" w:rsidRDefault="0029386B">
            <w:r>
              <w:t>Provide demonstrations; monitor form closely; adapt exercises to ability; stop unsafe practice immediately</w:t>
            </w:r>
          </w:p>
        </w:tc>
        <w:tc>
          <w:tcPr>
            <w:tcW w:w="1728" w:type="dxa"/>
          </w:tcPr>
          <w:p w14:paraId="7C4E6733" w14:textId="77777777" w:rsidR="001477AD" w:rsidRDefault="0029386B">
            <w:r>
              <w:t>M</w:t>
            </w:r>
          </w:p>
        </w:tc>
      </w:tr>
      <w:tr w:rsidR="001477AD" w14:paraId="78FF9F6A" w14:textId="77777777">
        <w:tc>
          <w:tcPr>
            <w:tcW w:w="1728" w:type="dxa"/>
          </w:tcPr>
          <w:p w14:paraId="53E869B8" w14:textId="77777777" w:rsidR="001477AD" w:rsidRDefault="0029386B">
            <w:r>
              <w:t>Overexertion / injury from inappropriate load</w:t>
            </w:r>
          </w:p>
        </w:tc>
        <w:tc>
          <w:tcPr>
            <w:tcW w:w="1728" w:type="dxa"/>
          </w:tcPr>
          <w:p w14:paraId="162C8FD0" w14:textId="77777777" w:rsidR="001477AD" w:rsidRDefault="0029386B">
            <w:r>
              <w:t>Participants</w:t>
            </w:r>
          </w:p>
        </w:tc>
        <w:tc>
          <w:tcPr>
            <w:tcW w:w="1728" w:type="dxa"/>
          </w:tcPr>
          <w:p w14:paraId="4695DB7B" w14:textId="77777777" w:rsidR="001477AD" w:rsidRDefault="0029386B">
            <w:r>
              <w:t>H</w:t>
            </w:r>
          </w:p>
        </w:tc>
        <w:tc>
          <w:tcPr>
            <w:tcW w:w="1728" w:type="dxa"/>
          </w:tcPr>
          <w:p w14:paraId="7E11CB02" w14:textId="77777777" w:rsidR="001477AD" w:rsidRDefault="0029386B">
            <w:r>
              <w:t>Screen participants (PAR-Q); encourage progressive loading; adapt for fitness levels; enforce rest and hydration</w:t>
            </w:r>
          </w:p>
        </w:tc>
        <w:tc>
          <w:tcPr>
            <w:tcW w:w="1728" w:type="dxa"/>
          </w:tcPr>
          <w:p w14:paraId="0BA5F6F4" w14:textId="77777777" w:rsidR="001477AD" w:rsidRDefault="0029386B">
            <w:r>
              <w:t>M</w:t>
            </w:r>
          </w:p>
        </w:tc>
      </w:tr>
      <w:tr w:rsidR="001477AD" w14:paraId="2FABB460" w14:textId="77777777">
        <w:tc>
          <w:tcPr>
            <w:tcW w:w="1728" w:type="dxa"/>
          </w:tcPr>
          <w:p w14:paraId="0193AF3B" w14:textId="77777777" w:rsidR="001477AD" w:rsidRDefault="0029386B">
            <w:r>
              <w:t>Pre-existing injuries aggravated</w:t>
            </w:r>
          </w:p>
        </w:tc>
        <w:tc>
          <w:tcPr>
            <w:tcW w:w="1728" w:type="dxa"/>
          </w:tcPr>
          <w:p w14:paraId="19B61884" w14:textId="77777777" w:rsidR="001477AD" w:rsidRDefault="0029386B">
            <w:r>
              <w:t>Participants</w:t>
            </w:r>
          </w:p>
        </w:tc>
        <w:tc>
          <w:tcPr>
            <w:tcW w:w="1728" w:type="dxa"/>
          </w:tcPr>
          <w:p w14:paraId="79D74EA0" w14:textId="77777777" w:rsidR="001477AD" w:rsidRDefault="0029386B">
            <w:r>
              <w:t>M</w:t>
            </w:r>
          </w:p>
        </w:tc>
        <w:tc>
          <w:tcPr>
            <w:tcW w:w="1728" w:type="dxa"/>
          </w:tcPr>
          <w:p w14:paraId="53F05130" w14:textId="77777777" w:rsidR="001477AD" w:rsidRDefault="0029386B">
            <w:r>
              <w:t>Collect medical information; encourage disclosure; adapt exercises; allow rest alternatives</w:t>
            </w:r>
          </w:p>
        </w:tc>
        <w:tc>
          <w:tcPr>
            <w:tcW w:w="1728" w:type="dxa"/>
          </w:tcPr>
          <w:p w14:paraId="456786D0" w14:textId="77777777" w:rsidR="001477AD" w:rsidRDefault="0029386B">
            <w:r>
              <w:t>L</w:t>
            </w:r>
          </w:p>
        </w:tc>
      </w:tr>
      <w:tr w:rsidR="001477AD" w14:paraId="4C326934" w14:textId="77777777">
        <w:tc>
          <w:tcPr>
            <w:tcW w:w="1728" w:type="dxa"/>
          </w:tcPr>
          <w:p w14:paraId="6933A668" w14:textId="77777777" w:rsidR="001477AD" w:rsidRDefault="0029386B">
            <w:r>
              <w:lastRenderedPageBreak/>
              <w:t>Equipment failure (bands, weights, mats)</w:t>
            </w:r>
          </w:p>
        </w:tc>
        <w:tc>
          <w:tcPr>
            <w:tcW w:w="1728" w:type="dxa"/>
          </w:tcPr>
          <w:p w14:paraId="7D83D452" w14:textId="77777777" w:rsidR="001477AD" w:rsidRDefault="0029386B">
            <w:r>
              <w:t>Participants, coach</w:t>
            </w:r>
          </w:p>
        </w:tc>
        <w:tc>
          <w:tcPr>
            <w:tcW w:w="1728" w:type="dxa"/>
          </w:tcPr>
          <w:p w14:paraId="4575473F" w14:textId="77777777" w:rsidR="001477AD" w:rsidRDefault="0029386B">
            <w:r>
              <w:t>M</w:t>
            </w:r>
          </w:p>
        </w:tc>
        <w:tc>
          <w:tcPr>
            <w:tcW w:w="1728" w:type="dxa"/>
          </w:tcPr>
          <w:p w14:paraId="3F3B26A9" w14:textId="77777777" w:rsidR="001477AD" w:rsidRDefault="0029386B">
            <w:r>
              <w:t>Regularly check and maintain equipment; remove damaged kit; provide safe storage</w:t>
            </w:r>
          </w:p>
        </w:tc>
        <w:tc>
          <w:tcPr>
            <w:tcW w:w="1728" w:type="dxa"/>
          </w:tcPr>
          <w:p w14:paraId="5B46F503" w14:textId="77777777" w:rsidR="001477AD" w:rsidRDefault="0029386B">
            <w:r>
              <w:t>L</w:t>
            </w:r>
          </w:p>
        </w:tc>
      </w:tr>
      <w:tr w:rsidR="001477AD" w14:paraId="22353CB6" w14:textId="77777777">
        <w:tc>
          <w:tcPr>
            <w:tcW w:w="1728" w:type="dxa"/>
          </w:tcPr>
          <w:p w14:paraId="44FAC60F" w14:textId="77777777" w:rsidR="001477AD" w:rsidRDefault="0029386B">
            <w:r>
              <w:t>Inadequate warm-up / cool-down</w:t>
            </w:r>
          </w:p>
        </w:tc>
        <w:tc>
          <w:tcPr>
            <w:tcW w:w="1728" w:type="dxa"/>
          </w:tcPr>
          <w:p w14:paraId="638D02F1" w14:textId="77777777" w:rsidR="001477AD" w:rsidRDefault="0029386B">
            <w:r>
              <w:t>Participants</w:t>
            </w:r>
          </w:p>
        </w:tc>
        <w:tc>
          <w:tcPr>
            <w:tcW w:w="1728" w:type="dxa"/>
          </w:tcPr>
          <w:p w14:paraId="33B6BB0E" w14:textId="77777777" w:rsidR="001477AD" w:rsidRDefault="0029386B">
            <w:r>
              <w:t>M</w:t>
            </w:r>
          </w:p>
        </w:tc>
        <w:tc>
          <w:tcPr>
            <w:tcW w:w="1728" w:type="dxa"/>
          </w:tcPr>
          <w:p w14:paraId="0432EA52" w14:textId="77777777" w:rsidR="001477AD" w:rsidRDefault="0029386B">
            <w:r>
              <w:t>Lead structured warm-up and cool-down in all sessions</w:t>
            </w:r>
          </w:p>
        </w:tc>
        <w:tc>
          <w:tcPr>
            <w:tcW w:w="1728" w:type="dxa"/>
          </w:tcPr>
          <w:p w14:paraId="30540449" w14:textId="77777777" w:rsidR="001477AD" w:rsidRDefault="0029386B">
            <w:r>
              <w:t>L</w:t>
            </w:r>
          </w:p>
        </w:tc>
      </w:tr>
      <w:tr w:rsidR="001477AD" w14:paraId="6B00AC09" w14:textId="77777777">
        <w:tc>
          <w:tcPr>
            <w:tcW w:w="1728" w:type="dxa"/>
          </w:tcPr>
          <w:p w14:paraId="6F66E3F0" w14:textId="77777777" w:rsidR="001477AD" w:rsidRDefault="0029386B">
            <w:r>
              <w:t>Environmental conditions (heat, cold, outdoor hazards)</w:t>
            </w:r>
          </w:p>
        </w:tc>
        <w:tc>
          <w:tcPr>
            <w:tcW w:w="1728" w:type="dxa"/>
          </w:tcPr>
          <w:p w14:paraId="59435583" w14:textId="77777777" w:rsidR="001477AD" w:rsidRDefault="0029386B">
            <w:r>
              <w:t>Participants</w:t>
            </w:r>
          </w:p>
        </w:tc>
        <w:tc>
          <w:tcPr>
            <w:tcW w:w="1728" w:type="dxa"/>
          </w:tcPr>
          <w:p w14:paraId="07346F04" w14:textId="77777777" w:rsidR="001477AD" w:rsidRDefault="0029386B">
            <w:r>
              <w:t>M</w:t>
            </w:r>
          </w:p>
        </w:tc>
        <w:tc>
          <w:tcPr>
            <w:tcW w:w="1728" w:type="dxa"/>
          </w:tcPr>
          <w:p w14:paraId="01939990" w14:textId="77777777" w:rsidR="001477AD" w:rsidRDefault="0029386B">
            <w:r>
              <w:t>Check weather/temperature; ensure hydration; adapt session or relocate if unsafe</w:t>
            </w:r>
          </w:p>
        </w:tc>
        <w:tc>
          <w:tcPr>
            <w:tcW w:w="1728" w:type="dxa"/>
          </w:tcPr>
          <w:p w14:paraId="1676EA21" w14:textId="77777777" w:rsidR="001477AD" w:rsidRDefault="0029386B">
            <w:r>
              <w:t>L</w:t>
            </w:r>
          </w:p>
        </w:tc>
      </w:tr>
      <w:tr w:rsidR="001477AD" w14:paraId="42FE1D5A" w14:textId="77777777">
        <w:tc>
          <w:tcPr>
            <w:tcW w:w="1728" w:type="dxa"/>
          </w:tcPr>
          <w:p w14:paraId="13D4B585" w14:textId="77777777" w:rsidR="001477AD" w:rsidRDefault="0029386B">
            <w:r>
              <w:t>Crowd density / lack of space</w:t>
            </w:r>
          </w:p>
        </w:tc>
        <w:tc>
          <w:tcPr>
            <w:tcW w:w="1728" w:type="dxa"/>
          </w:tcPr>
          <w:p w14:paraId="62445BE6" w14:textId="77777777" w:rsidR="001477AD" w:rsidRDefault="0029386B">
            <w:r>
              <w:t>Participants</w:t>
            </w:r>
          </w:p>
        </w:tc>
        <w:tc>
          <w:tcPr>
            <w:tcW w:w="1728" w:type="dxa"/>
          </w:tcPr>
          <w:p w14:paraId="73866350" w14:textId="77777777" w:rsidR="001477AD" w:rsidRDefault="0029386B">
            <w:r>
              <w:t>M</w:t>
            </w:r>
          </w:p>
        </w:tc>
        <w:tc>
          <w:tcPr>
            <w:tcW w:w="1728" w:type="dxa"/>
          </w:tcPr>
          <w:p w14:paraId="059CEF53" w14:textId="77777777" w:rsidR="001477AD" w:rsidRDefault="0029386B">
            <w:r>
              <w:t>Limit numbers; space stations appropriately; maintain safe working distance</w:t>
            </w:r>
          </w:p>
        </w:tc>
        <w:tc>
          <w:tcPr>
            <w:tcW w:w="1728" w:type="dxa"/>
          </w:tcPr>
          <w:p w14:paraId="7095EEFC" w14:textId="77777777" w:rsidR="001477AD" w:rsidRDefault="0029386B">
            <w:r>
              <w:t>L</w:t>
            </w:r>
          </w:p>
        </w:tc>
      </w:tr>
      <w:tr w:rsidR="001477AD" w14:paraId="0E9A3176" w14:textId="77777777">
        <w:tc>
          <w:tcPr>
            <w:tcW w:w="1728" w:type="dxa"/>
          </w:tcPr>
          <w:p w14:paraId="29B8DD70" w14:textId="77777777" w:rsidR="001477AD" w:rsidRDefault="0029386B">
            <w:r>
              <w:t>Emergency (illness, injury, fire)</w:t>
            </w:r>
          </w:p>
        </w:tc>
        <w:tc>
          <w:tcPr>
            <w:tcW w:w="1728" w:type="dxa"/>
          </w:tcPr>
          <w:p w14:paraId="3413E010" w14:textId="77777777" w:rsidR="001477AD" w:rsidRDefault="0029386B">
            <w:r>
              <w:t>Participants, coach</w:t>
            </w:r>
          </w:p>
        </w:tc>
        <w:tc>
          <w:tcPr>
            <w:tcW w:w="1728" w:type="dxa"/>
          </w:tcPr>
          <w:p w14:paraId="79879F80" w14:textId="77777777" w:rsidR="001477AD" w:rsidRDefault="0029386B">
            <w:r>
              <w:t>H</w:t>
            </w:r>
          </w:p>
        </w:tc>
        <w:tc>
          <w:tcPr>
            <w:tcW w:w="1728" w:type="dxa"/>
          </w:tcPr>
          <w:p w14:paraId="62FEDB99" w14:textId="77777777" w:rsidR="001477AD" w:rsidRDefault="0029386B">
            <w:r>
              <w:t>Have first aid kit; ensure qualified first aider present; know venue emergency procedures; emergency contacts available</w:t>
            </w:r>
          </w:p>
        </w:tc>
        <w:tc>
          <w:tcPr>
            <w:tcW w:w="1728" w:type="dxa"/>
          </w:tcPr>
          <w:p w14:paraId="663B5E36" w14:textId="77777777" w:rsidR="001477AD" w:rsidRDefault="0029386B">
            <w:r>
              <w:t>M</w:t>
            </w:r>
          </w:p>
        </w:tc>
      </w:tr>
    </w:tbl>
    <w:p w14:paraId="4C68284D" w14:textId="77777777" w:rsidR="001477AD" w:rsidRDefault="0029386B">
      <w:pPr>
        <w:pStyle w:val="Heading2"/>
      </w:pPr>
      <w:r>
        <w:t>Safeguarding &amp; Participant Management</w:t>
      </w:r>
    </w:p>
    <w:p w14:paraId="52DEE0CC" w14:textId="77777777" w:rsidR="001477AD" w:rsidRDefault="0029386B">
      <w:r>
        <w:t>- Ensure all participants have completed a PAR-Q or health questionnaire.</w:t>
      </w:r>
      <w:r>
        <w:br/>
        <w:t>- Gain parental/guardian consent for under-18s.</w:t>
      </w:r>
      <w:r>
        <w:br/>
        <w:t>- Maintain appropriate coach:participant ratio.</w:t>
      </w:r>
      <w:r>
        <w:br/>
        <w:t>- Uphold England Athletics safeguarding standards.</w:t>
      </w:r>
    </w:p>
    <w:p w14:paraId="4B62CF3F" w14:textId="77777777" w:rsidR="001477AD" w:rsidRDefault="0029386B">
      <w:pPr>
        <w:pStyle w:val="Heading2"/>
      </w:pPr>
      <w:r>
        <w:t>Emergency Procedures</w:t>
      </w:r>
    </w:p>
    <w:p w14:paraId="28B57543" w14:textId="77777777" w:rsidR="001477AD" w:rsidRDefault="0029386B">
      <w:r>
        <w:t>- First Aid kit accessible at all times.</w:t>
      </w:r>
      <w:r>
        <w:br/>
        <w:t>- Emergency contact numbers recorded.</w:t>
      </w:r>
      <w:r>
        <w:br/>
        <w:t>- Clear evacuation plan if indoors.</w:t>
      </w:r>
    </w:p>
    <w:p w14:paraId="546048DB" w14:textId="77777777" w:rsidR="001477AD" w:rsidRDefault="0029386B">
      <w:pPr>
        <w:pStyle w:val="Heading2"/>
      </w:pPr>
      <w:r>
        <w:lastRenderedPageBreak/>
        <w:t>Assessment Outcome</w:t>
      </w:r>
    </w:p>
    <w:p w14:paraId="0CD7D845" w14:textId="77777777" w:rsidR="001477AD" w:rsidRDefault="0029386B">
      <w:r>
        <w:t>With the above control measures in place, the session is considered Low–Medium Risk and suitable to proceed.</w:t>
      </w:r>
    </w:p>
    <w:p w14:paraId="4F909952" w14:textId="7124A3BD" w:rsidR="001477AD" w:rsidRDefault="0029386B">
      <w:r>
        <w:br/>
        <w:t>Signed:</w:t>
      </w:r>
      <w:r w:rsidR="00936550">
        <w:t xml:space="preserve"> Emma Hall</w:t>
      </w:r>
    </w:p>
    <w:p w14:paraId="7956B8DA" w14:textId="1D17EBC4" w:rsidR="001477AD" w:rsidRDefault="0029386B">
      <w:r>
        <w:t>Date:</w:t>
      </w:r>
      <w:r w:rsidR="00936550">
        <w:t>25/09/2025</w:t>
      </w:r>
    </w:p>
    <w:sectPr w:rsidR="001477AD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D9CFE" w14:textId="77777777" w:rsidR="0029386B" w:rsidRDefault="0029386B" w:rsidP="006C0A22">
      <w:pPr>
        <w:spacing w:after="0" w:line="240" w:lineRule="auto"/>
      </w:pPr>
      <w:r>
        <w:separator/>
      </w:r>
    </w:p>
  </w:endnote>
  <w:endnote w:type="continuationSeparator" w:id="0">
    <w:p w14:paraId="6804B7C8" w14:textId="77777777" w:rsidR="0029386B" w:rsidRDefault="0029386B" w:rsidP="006C0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CBCD5" w14:textId="77777777" w:rsidR="0029386B" w:rsidRDefault="0029386B" w:rsidP="006C0A22">
      <w:pPr>
        <w:spacing w:after="0" w:line="240" w:lineRule="auto"/>
      </w:pPr>
      <w:r>
        <w:separator/>
      </w:r>
    </w:p>
  </w:footnote>
  <w:footnote w:type="continuationSeparator" w:id="0">
    <w:p w14:paraId="47FA1A6C" w14:textId="77777777" w:rsidR="0029386B" w:rsidRDefault="0029386B" w:rsidP="006C0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34210" w14:textId="79C401FC" w:rsidR="006C0A22" w:rsidRDefault="006C0A22" w:rsidP="006C0A22">
    <w:pPr>
      <w:pStyle w:val="Header"/>
      <w:jc w:val="right"/>
    </w:pPr>
    <w:r w:rsidRPr="006C0A22">
      <w:rPr>
        <w:noProof/>
      </w:rPr>
      <w:drawing>
        <wp:inline distT="0" distB="0" distL="0" distR="0" wp14:anchorId="6F8D27A4" wp14:editId="65229B9C">
          <wp:extent cx="857250" cy="945654"/>
          <wp:effectExtent l="0" t="0" r="0" b="6985"/>
          <wp:docPr id="1245657512" name="Picture 1" descr="A black and white logo with two people running on a roa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5657512" name="Picture 1" descr="A black and white logo with two people running on a road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8306" cy="957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88392230">
    <w:abstractNumId w:val="8"/>
  </w:num>
  <w:num w:numId="2" w16cid:durableId="2013413525">
    <w:abstractNumId w:val="6"/>
  </w:num>
  <w:num w:numId="3" w16cid:durableId="932516278">
    <w:abstractNumId w:val="5"/>
  </w:num>
  <w:num w:numId="4" w16cid:durableId="1217399372">
    <w:abstractNumId w:val="4"/>
  </w:num>
  <w:num w:numId="5" w16cid:durableId="740643655">
    <w:abstractNumId w:val="7"/>
  </w:num>
  <w:num w:numId="6" w16cid:durableId="337656577">
    <w:abstractNumId w:val="3"/>
  </w:num>
  <w:num w:numId="7" w16cid:durableId="250242155">
    <w:abstractNumId w:val="2"/>
  </w:num>
  <w:num w:numId="8" w16cid:durableId="1903563450">
    <w:abstractNumId w:val="1"/>
  </w:num>
  <w:num w:numId="9" w16cid:durableId="1488285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477AD"/>
    <w:rsid w:val="0015074B"/>
    <w:rsid w:val="0029386B"/>
    <w:rsid w:val="0029639D"/>
    <w:rsid w:val="00326F90"/>
    <w:rsid w:val="006C0A22"/>
    <w:rsid w:val="00752939"/>
    <w:rsid w:val="00936550"/>
    <w:rsid w:val="00AA1D8D"/>
    <w:rsid w:val="00AA246F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32C124"/>
  <w14:defaultImageDpi w14:val="300"/>
  <w15:docId w15:val="{A415DDAF-DA9D-4743-98BB-1D49D6706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Emma Hall</cp:lastModifiedBy>
  <cp:revision>2</cp:revision>
  <cp:lastPrinted>2025-09-12T13:22:00Z</cp:lastPrinted>
  <dcterms:created xsi:type="dcterms:W3CDTF">2025-10-18T13:07:00Z</dcterms:created>
  <dcterms:modified xsi:type="dcterms:W3CDTF">2025-10-18T13:07:00Z</dcterms:modified>
  <cp:category/>
</cp:coreProperties>
</file>