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2E477" w14:textId="77777777" w:rsidR="006E14B2" w:rsidRDefault="00FD4BC7">
      <w:pPr>
        <w:pStyle w:val="Heading1"/>
      </w:pPr>
      <w:r>
        <w:t>Risk Assessment – Running / Speed Work Session</w:t>
      </w:r>
    </w:p>
    <w:p w14:paraId="6C636552" w14:textId="77777777" w:rsidR="006E14B2" w:rsidRDefault="00FD4BC7">
      <w:r>
        <w:t>Activity: Running Speed Work (intervals, track, hills, tempo)</w:t>
      </w:r>
    </w:p>
    <w:p w14:paraId="3C32EE8E" w14:textId="0BBE5268" w:rsidR="006E14B2" w:rsidRDefault="00FD4BC7">
      <w:r>
        <w:t xml:space="preserve">Location: </w:t>
      </w:r>
      <w:r w:rsidR="00381D6C">
        <w:t xml:space="preserve">Oakengates </w:t>
      </w:r>
      <w:r>
        <w:t>Track</w:t>
      </w:r>
      <w:r w:rsidR="00381D6C">
        <w:t>/ Horton wood/ Hartshill park</w:t>
      </w:r>
      <w:r>
        <w:t xml:space="preserve"> </w:t>
      </w:r>
    </w:p>
    <w:p w14:paraId="08F6897E" w14:textId="3ED8F4A9" w:rsidR="006E14B2" w:rsidRDefault="00FD4BC7">
      <w:r>
        <w:t>Assessor: [</w:t>
      </w:r>
      <w:r w:rsidR="00381D6C">
        <w:t>Emma Hall</w:t>
      </w:r>
      <w:r>
        <w:t>]</w:t>
      </w:r>
    </w:p>
    <w:p w14:paraId="75055A52" w14:textId="5C98A8DD" w:rsidR="006E14B2" w:rsidRDefault="00FD4BC7">
      <w:r>
        <w:t>Date of Assessment: [</w:t>
      </w:r>
      <w:r w:rsidR="00381D6C">
        <w:t>25/08/2025</w:t>
      </w:r>
      <w:r>
        <w:t>]</w:t>
      </w:r>
    </w:p>
    <w:p w14:paraId="6966FACA" w14:textId="072A451C" w:rsidR="006E14B2" w:rsidRDefault="00FD4BC7">
      <w:r>
        <w:t>Review Date: [</w:t>
      </w:r>
      <w:r w:rsidR="00381D6C">
        <w:t>25/08/2027</w:t>
      </w:r>
      <w:r>
        <w:t>]</w:t>
      </w:r>
    </w:p>
    <w:p w14:paraId="2EB01317" w14:textId="77777777" w:rsidR="006E14B2" w:rsidRDefault="00FD4BC7">
      <w:pPr>
        <w:pStyle w:val="Heading2"/>
      </w:pPr>
      <w:r>
        <w:t>Hazard Identification and Control Measures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714"/>
        <w:gridCol w:w="1670"/>
        <w:gridCol w:w="1623"/>
        <w:gridCol w:w="2014"/>
        <w:gridCol w:w="1619"/>
      </w:tblGrid>
      <w:tr w:rsidR="006E14B2" w14:paraId="3E402CA1" w14:textId="77777777">
        <w:tc>
          <w:tcPr>
            <w:tcW w:w="1728" w:type="dxa"/>
          </w:tcPr>
          <w:p w14:paraId="33D92EED" w14:textId="77777777" w:rsidR="006E14B2" w:rsidRDefault="00FD4BC7">
            <w:r>
              <w:t>Hazard</w:t>
            </w:r>
          </w:p>
        </w:tc>
        <w:tc>
          <w:tcPr>
            <w:tcW w:w="1728" w:type="dxa"/>
          </w:tcPr>
          <w:p w14:paraId="2DE9FE35" w14:textId="77777777" w:rsidR="006E14B2" w:rsidRDefault="00FD4BC7">
            <w:r>
              <w:t>Who Might Be Harmed</w:t>
            </w:r>
          </w:p>
        </w:tc>
        <w:tc>
          <w:tcPr>
            <w:tcW w:w="1728" w:type="dxa"/>
          </w:tcPr>
          <w:p w14:paraId="04CA155E" w14:textId="77777777" w:rsidR="006E14B2" w:rsidRDefault="00FD4BC7">
            <w:r>
              <w:t>Risk (L/M/H)</w:t>
            </w:r>
          </w:p>
        </w:tc>
        <w:tc>
          <w:tcPr>
            <w:tcW w:w="1728" w:type="dxa"/>
          </w:tcPr>
          <w:p w14:paraId="57A27005" w14:textId="77777777" w:rsidR="006E14B2" w:rsidRDefault="00FD4BC7">
            <w:r>
              <w:t>Control Measures</w:t>
            </w:r>
          </w:p>
        </w:tc>
        <w:tc>
          <w:tcPr>
            <w:tcW w:w="1728" w:type="dxa"/>
          </w:tcPr>
          <w:p w14:paraId="0DB0447D" w14:textId="77777777" w:rsidR="006E14B2" w:rsidRDefault="00FD4BC7">
            <w:r>
              <w:t>Residual Risk</w:t>
            </w:r>
          </w:p>
        </w:tc>
      </w:tr>
      <w:tr w:rsidR="006E14B2" w14:paraId="60E7747E" w14:textId="77777777">
        <w:tc>
          <w:tcPr>
            <w:tcW w:w="1728" w:type="dxa"/>
          </w:tcPr>
          <w:p w14:paraId="3EFCDF53" w14:textId="77777777" w:rsidR="006E14B2" w:rsidRDefault="00FD4BC7">
            <w:r>
              <w:t>Overexertion / fatigue from high intensity</w:t>
            </w:r>
          </w:p>
        </w:tc>
        <w:tc>
          <w:tcPr>
            <w:tcW w:w="1728" w:type="dxa"/>
          </w:tcPr>
          <w:p w14:paraId="06104DE5" w14:textId="77777777" w:rsidR="006E14B2" w:rsidRDefault="00FD4BC7">
            <w:r>
              <w:t>Participants</w:t>
            </w:r>
          </w:p>
        </w:tc>
        <w:tc>
          <w:tcPr>
            <w:tcW w:w="1728" w:type="dxa"/>
          </w:tcPr>
          <w:p w14:paraId="3A88FC65" w14:textId="77777777" w:rsidR="006E14B2" w:rsidRDefault="00FD4BC7">
            <w:r>
              <w:t>H</w:t>
            </w:r>
          </w:p>
        </w:tc>
        <w:tc>
          <w:tcPr>
            <w:tcW w:w="1728" w:type="dxa"/>
          </w:tcPr>
          <w:p w14:paraId="34477CFE" w14:textId="77777777" w:rsidR="006E14B2" w:rsidRDefault="00FD4BC7">
            <w:r>
              <w:t>Ensure proper warm-up and cool-down; encourage pacing to ability; monitor participants closely; provide rest intervals</w:t>
            </w:r>
          </w:p>
        </w:tc>
        <w:tc>
          <w:tcPr>
            <w:tcW w:w="1728" w:type="dxa"/>
          </w:tcPr>
          <w:p w14:paraId="3592EEFF" w14:textId="77777777" w:rsidR="006E14B2" w:rsidRDefault="00FD4BC7">
            <w:r>
              <w:t>M</w:t>
            </w:r>
          </w:p>
        </w:tc>
      </w:tr>
      <w:tr w:rsidR="006E14B2" w14:paraId="71A02516" w14:textId="77777777">
        <w:tc>
          <w:tcPr>
            <w:tcW w:w="1728" w:type="dxa"/>
          </w:tcPr>
          <w:p w14:paraId="2A6CE708" w14:textId="77777777" w:rsidR="006E14B2" w:rsidRDefault="00FD4BC7">
            <w:r>
              <w:t>Pre-existing injuries aggravated</w:t>
            </w:r>
          </w:p>
        </w:tc>
        <w:tc>
          <w:tcPr>
            <w:tcW w:w="1728" w:type="dxa"/>
          </w:tcPr>
          <w:p w14:paraId="2EE7EEE8" w14:textId="77777777" w:rsidR="006E14B2" w:rsidRDefault="00FD4BC7">
            <w:r>
              <w:t>Participants</w:t>
            </w:r>
          </w:p>
        </w:tc>
        <w:tc>
          <w:tcPr>
            <w:tcW w:w="1728" w:type="dxa"/>
          </w:tcPr>
          <w:p w14:paraId="12C4FB52" w14:textId="77777777" w:rsidR="006E14B2" w:rsidRDefault="00FD4BC7">
            <w:r>
              <w:t>M</w:t>
            </w:r>
          </w:p>
        </w:tc>
        <w:tc>
          <w:tcPr>
            <w:tcW w:w="1728" w:type="dxa"/>
          </w:tcPr>
          <w:p w14:paraId="29EA45BE" w14:textId="77777777" w:rsidR="006E14B2" w:rsidRDefault="00FD4BC7">
            <w:r>
              <w:t>Screen with PAR-Q; encourage disclosure; adapt or reduce intensity; offer alternative exercises</w:t>
            </w:r>
          </w:p>
        </w:tc>
        <w:tc>
          <w:tcPr>
            <w:tcW w:w="1728" w:type="dxa"/>
          </w:tcPr>
          <w:p w14:paraId="1B825268" w14:textId="77777777" w:rsidR="006E14B2" w:rsidRDefault="00FD4BC7">
            <w:r>
              <w:t>L</w:t>
            </w:r>
          </w:p>
        </w:tc>
      </w:tr>
      <w:tr w:rsidR="006E14B2" w14:paraId="5AAF2E73" w14:textId="77777777">
        <w:tc>
          <w:tcPr>
            <w:tcW w:w="1728" w:type="dxa"/>
          </w:tcPr>
          <w:p w14:paraId="27BBBDDF" w14:textId="77777777" w:rsidR="006E14B2" w:rsidRDefault="00FD4BC7">
            <w:r>
              <w:t>Slips, trips, and falls (track surface, uneven ground, wet/icy conditions)</w:t>
            </w:r>
          </w:p>
        </w:tc>
        <w:tc>
          <w:tcPr>
            <w:tcW w:w="1728" w:type="dxa"/>
          </w:tcPr>
          <w:p w14:paraId="686FD7AB" w14:textId="77777777" w:rsidR="006E14B2" w:rsidRDefault="00FD4BC7">
            <w:r>
              <w:t>Participants</w:t>
            </w:r>
          </w:p>
        </w:tc>
        <w:tc>
          <w:tcPr>
            <w:tcW w:w="1728" w:type="dxa"/>
          </w:tcPr>
          <w:p w14:paraId="25B1BC26" w14:textId="77777777" w:rsidR="006E14B2" w:rsidRDefault="00FD4BC7">
            <w:r>
              <w:t>M</w:t>
            </w:r>
          </w:p>
        </w:tc>
        <w:tc>
          <w:tcPr>
            <w:tcW w:w="1728" w:type="dxa"/>
          </w:tcPr>
          <w:p w14:paraId="2E8BCF67" w14:textId="77777777" w:rsidR="006E14B2" w:rsidRDefault="00FD4BC7">
            <w:r>
              <w:t>Inspect surface before session; warn of hazards; adapt location if unsafe; advise suitable footwear</w:t>
            </w:r>
          </w:p>
        </w:tc>
        <w:tc>
          <w:tcPr>
            <w:tcW w:w="1728" w:type="dxa"/>
          </w:tcPr>
          <w:p w14:paraId="44A074D7" w14:textId="77777777" w:rsidR="006E14B2" w:rsidRDefault="00FD4BC7">
            <w:r>
              <w:t>L</w:t>
            </w:r>
          </w:p>
        </w:tc>
      </w:tr>
      <w:tr w:rsidR="006E14B2" w14:paraId="2D62F483" w14:textId="77777777">
        <w:tc>
          <w:tcPr>
            <w:tcW w:w="1728" w:type="dxa"/>
          </w:tcPr>
          <w:p w14:paraId="0D95E386" w14:textId="77777777" w:rsidR="006E14B2" w:rsidRDefault="00FD4BC7">
            <w:r>
              <w:t xml:space="preserve">Collisions between runners </w:t>
            </w:r>
            <w:r>
              <w:lastRenderedPageBreak/>
              <w:t>(overtaking, group crowding)</w:t>
            </w:r>
          </w:p>
        </w:tc>
        <w:tc>
          <w:tcPr>
            <w:tcW w:w="1728" w:type="dxa"/>
          </w:tcPr>
          <w:p w14:paraId="4A4634D1" w14:textId="77777777" w:rsidR="006E14B2" w:rsidRDefault="00FD4BC7">
            <w:r>
              <w:lastRenderedPageBreak/>
              <w:t>Participants</w:t>
            </w:r>
          </w:p>
        </w:tc>
        <w:tc>
          <w:tcPr>
            <w:tcW w:w="1728" w:type="dxa"/>
          </w:tcPr>
          <w:p w14:paraId="0265050E" w14:textId="77777777" w:rsidR="006E14B2" w:rsidRDefault="00FD4BC7">
            <w:r>
              <w:t>M</w:t>
            </w:r>
          </w:p>
        </w:tc>
        <w:tc>
          <w:tcPr>
            <w:tcW w:w="1728" w:type="dxa"/>
          </w:tcPr>
          <w:p w14:paraId="787F965E" w14:textId="77777777" w:rsidR="006E14B2" w:rsidRDefault="00FD4BC7">
            <w:r>
              <w:t xml:space="preserve">Brief on track etiquette (e.g. keep inside clear, </w:t>
            </w:r>
            <w:r>
              <w:lastRenderedPageBreak/>
              <w:t>overtake wide); stagger starts; maintain safe spacing</w:t>
            </w:r>
          </w:p>
        </w:tc>
        <w:tc>
          <w:tcPr>
            <w:tcW w:w="1728" w:type="dxa"/>
          </w:tcPr>
          <w:p w14:paraId="51B87B67" w14:textId="77777777" w:rsidR="006E14B2" w:rsidRDefault="00FD4BC7">
            <w:r>
              <w:lastRenderedPageBreak/>
              <w:t>L</w:t>
            </w:r>
          </w:p>
        </w:tc>
      </w:tr>
      <w:tr w:rsidR="006E14B2" w14:paraId="0FE1D745" w14:textId="77777777">
        <w:tc>
          <w:tcPr>
            <w:tcW w:w="1728" w:type="dxa"/>
          </w:tcPr>
          <w:p w14:paraId="484B141D" w14:textId="77777777" w:rsidR="006E14B2" w:rsidRDefault="00FD4BC7">
            <w:r>
              <w:t>Weather extremes (heat, cold, rain, ice)</w:t>
            </w:r>
          </w:p>
        </w:tc>
        <w:tc>
          <w:tcPr>
            <w:tcW w:w="1728" w:type="dxa"/>
          </w:tcPr>
          <w:p w14:paraId="034F842A" w14:textId="77777777" w:rsidR="006E14B2" w:rsidRDefault="00FD4BC7">
            <w:r>
              <w:t>Participants</w:t>
            </w:r>
          </w:p>
        </w:tc>
        <w:tc>
          <w:tcPr>
            <w:tcW w:w="1728" w:type="dxa"/>
          </w:tcPr>
          <w:p w14:paraId="1C8DFAC1" w14:textId="77777777" w:rsidR="006E14B2" w:rsidRDefault="00FD4BC7">
            <w:r>
              <w:t>M</w:t>
            </w:r>
          </w:p>
        </w:tc>
        <w:tc>
          <w:tcPr>
            <w:tcW w:w="1728" w:type="dxa"/>
          </w:tcPr>
          <w:p w14:paraId="0DD97A23" w14:textId="77777777" w:rsidR="006E14B2" w:rsidRDefault="00FD4BC7">
            <w:r>
              <w:t>Monitor weather; adapt pace/distance; cancel if unsafe; advise correct clothing/hydration</w:t>
            </w:r>
          </w:p>
        </w:tc>
        <w:tc>
          <w:tcPr>
            <w:tcW w:w="1728" w:type="dxa"/>
          </w:tcPr>
          <w:p w14:paraId="6B2F47C9" w14:textId="77777777" w:rsidR="006E14B2" w:rsidRDefault="00FD4BC7">
            <w:r>
              <w:t>L</w:t>
            </w:r>
          </w:p>
        </w:tc>
      </w:tr>
      <w:tr w:rsidR="006E14B2" w14:paraId="3E62204F" w14:textId="77777777">
        <w:tc>
          <w:tcPr>
            <w:tcW w:w="1728" w:type="dxa"/>
          </w:tcPr>
          <w:p w14:paraId="660C1F3F" w14:textId="77777777" w:rsidR="006E14B2" w:rsidRDefault="00FD4BC7">
            <w:r>
              <w:t>Inadequate recovery between reps</w:t>
            </w:r>
          </w:p>
        </w:tc>
        <w:tc>
          <w:tcPr>
            <w:tcW w:w="1728" w:type="dxa"/>
          </w:tcPr>
          <w:p w14:paraId="7A17A207" w14:textId="77777777" w:rsidR="006E14B2" w:rsidRDefault="00FD4BC7">
            <w:r>
              <w:t>Participants</w:t>
            </w:r>
          </w:p>
        </w:tc>
        <w:tc>
          <w:tcPr>
            <w:tcW w:w="1728" w:type="dxa"/>
          </w:tcPr>
          <w:p w14:paraId="77AFE731" w14:textId="77777777" w:rsidR="006E14B2" w:rsidRDefault="00FD4BC7">
            <w:r>
              <w:t>M</w:t>
            </w:r>
          </w:p>
        </w:tc>
        <w:tc>
          <w:tcPr>
            <w:tcW w:w="1728" w:type="dxa"/>
          </w:tcPr>
          <w:p w14:paraId="32453E5C" w14:textId="77777777" w:rsidR="006E14B2" w:rsidRDefault="00FD4BC7">
            <w:r>
              <w:t>Enforce structured recovery; allow walk/jog intervals; encourage listening to body</w:t>
            </w:r>
          </w:p>
        </w:tc>
        <w:tc>
          <w:tcPr>
            <w:tcW w:w="1728" w:type="dxa"/>
          </w:tcPr>
          <w:p w14:paraId="25761721" w14:textId="77777777" w:rsidR="006E14B2" w:rsidRDefault="00FD4BC7">
            <w:r>
              <w:t>L</w:t>
            </w:r>
          </w:p>
        </w:tc>
      </w:tr>
      <w:tr w:rsidR="006E14B2" w14:paraId="4B0BC596" w14:textId="77777777">
        <w:tc>
          <w:tcPr>
            <w:tcW w:w="1728" w:type="dxa"/>
          </w:tcPr>
          <w:p w14:paraId="557E4FF0" w14:textId="77777777" w:rsidR="006E14B2" w:rsidRDefault="00FD4BC7">
            <w:r>
              <w:t>Lack of visibility (evening/night sessions)</w:t>
            </w:r>
          </w:p>
        </w:tc>
        <w:tc>
          <w:tcPr>
            <w:tcW w:w="1728" w:type="dxa"/>
          </w:tcPr>
          <w:p w14:paraId="69CD90D6" w14:textId="77777777" w:rsidR="006E14B2" w:rsidRDefault="00FD4BC7">
            <w:r>
              <w:t>Participants</w:t>
            </w:r>
          </w:p>
        </w:tc>
        <w:tc>
          <w:tcPr>
            <w:tcW w:w="1728" w:type="dxa"/>
          </w:tcPr>
          <w:p w14:paraId="0E3A5C1A" w14:textId="77777777" w:rsidR="006E14B2" w:rsidRDefault="00FD4BC7">
            <w:r>
              <w:t>M</w:t>
            </w:r>
          </w:p>
        </w:tc>
        <w:tc>
          <w:tcPr>
            <w:tcW w:w="1728" w:type="dxa"/>
          </w:tcPr>
          <w:p w14:paraId="6FEC1CAC" w14:textId="77777777" w:rsidR="006E14B2" w:rsidRDefault="00FD4BC7">
            <w:r>
              <w:t>Use floodlit tracks or well-lit safe areas; require head torches/hi-vis clothing if outdoors</w:t>
            </w:r>
          </w:p>
        </w:tc>
        <w:tc>
          <w:tcPr>
            <w:tcW w:w="1728" w:type="dxa"/>
          </w:tcPr>
          <w:p w14:paraId="5014DA69" w14:textId="77777777" w:rsidR="006E14B2" w:rsidRDefault="00FD4BC7">
            <w:r>
              <w:t>L</w:t>
            </w:r>
          </w:p>
        </w:tc>
      </w:tr>
      <w:tr w:rsidR="006E14B2" w14:paraId="65CA4B0F" w14:textId="77777777">
        <w:tc>
          <w:tcPr>
            <w:tcW w:w="1728" w:type="dxa"/>
          </w:tcPr>
          <w:p w14:paraId="1DA7E45C" w14:textId="77777777" w:rsidR="006E14B2" w:rsidRDefault="00FD4BC7">
            <w:r>
              <w:t>Equipment hazards (cones, markers, hurdles, bands)</w:t>
            </w:r>
          </w:p>
        </w:tc>
        <w:tc>
          <w:tcPr>
            <w:tcW w:w="1728" w:type="dxa"/>
          </w:tcPr>
          <w:p w14:paraId="4CF0613B" w14:textId="77777777" w:rsidR="006E14B2" w:rsidRDefault="00FD4BC7">
            <w:r>
              <w:t>Participants</w:t>
            </w:r>
          </w:p>
        </w:tc>
        <w:tc>
          <w:tcPr>
            <w:tcW w:w="1728" w:type="dxa"/>
          </w:tcPr>
          <w:p w14:paraId="3CCEFD09" w14:textId="77777777" w:rsidR="006E14B2" w:rsidRDefault="00FD4BC7">
            <w:r>
              <w:t>L</w:t>
            </w:r>
          </w:p>
        </w:tc>
        <w:tc>
          <w:tcPr>
            <w:tcW w:w="1728" w:type="dxa"/>
          </w:tcPr>
          <w:p w14:paraId="6BCE0B9F" w14:textId="77777777" w:rsidR="006E14B2" w:rsidRDefault="00FD4BC7">
            <w:r>
              <w:t>Ensure equipment is secure and placed safely; check for wear/damage; clear away immediately post-session</w:t>
            </w:r>
          </w:p>
        </w:tc>
        <w:tc>
          <w:tcPr>
            <w:tcW w:w="1728" w:type="dxa"/>
          </w:tcPr>
          <w:p w14:paraId="5AA0CC4B" w14:textId="77777777" w:rsidR="006E14B2" w:rsidRDefault="00FD4BC7">
            <w:r>
              <w:t>L</w:t>
            </w:r>
          </w:p>
        </w:tc>
      </w:tr>
      <w:tr w:rsidR="006E14B2" w14:paraId="527216D2" w14:textId="77777777">
        <w:tc>
          <w:tcPr>
            <w:tcW w:w="1728" w:type="dxa"/>
          </w:tcPr>
          <w:p w14:paraId="1CAE7B48" w14:textId="77777777" w:rsidR="006E14B2" w:rsidRDefault="00FD4BC7">
            <w:r>
              <w:t>Medical emergency (collapse, cardiac event, acute injury)</w:t>
            </w:r>
          </w:p>
        </w:tc>
        <w:tc>
          <w:tcPr>
            <w:tcW w:w="1728" w:type="dxa"/>
          </w:tcPr>
          <w:p w14:paraId="6CBC4428" w14:textId="77777777" w:rsidR="006E14B2" w:rsidRDefault="00FD4BC7">
            <w:r>
              <w:t>Participants</w:t>
            </w:r>
          </w:p>
        </w:tc>
        <w:tc>
          <w:tcPr>
            <w:tcW w:w="1728" w:type="dxa"/>
          </w:tcPr>
          <w:p w14:paraId="0D8FABEB" w14:textId="77777777" w:rsidR="006E14B2" w:rsidRDefault="00FD4BC7">
            <w:r>
              <w:t>H</w:t>
            </w:r>
          </w:p>
        </w:tc>
        <w:tc>
          <w:tcPr>
            <w:tcW w:w="1728" w:type="dxa"/>
          </w:tcPr>
          <w:p w14:paraId="5BC313BC" w14:textId="77777777" w:rsidR="006E14B2" w:rsidRDefault="00FD4BC7">
            <w:r>
              <w:t xml:space="preserve">Qualified first aider or first aid kit present; carry mobile phone; emergency contacts accessible; know venue emergency </w:t>
            </w:r>
            <w:r>
              <w:lastRenderedPageBreak/>
              <w:t>procedures</w:t>
            </w:r>
          </w:p>
        </w:tc>
        <w:tc>
          <w:tcPr>
            <w:tcW w:w="1728" w:type="dxa"/>
          </w:tcPr>
          <w:p w14:paraId="65D90A6E" w14:textId="77777777" w:rsidR="006E14B2" w:rsidRDefault="00FD4BC7">
            <w:r>
              <w:lastRenderedPageBreak/>
              <w:t>M</w:t>
            </w:r>
          </w:p>
        </w:tc>
      </w:tr>
    </w:tbl>
    <w:p w14:paraId="7DE24F9A" w14:textId="77777777" w:rsidR="006E14B2" w:rsidRDefault="00FD4BC7">
      <w:pPr>
        <w:pStyle w:val="Heading2"/>
      </w:pPr>
      <w:r>
        <w:t>Safeguarding &amp; Participant Management</w:t>
      </w:r>
    </w:p>
    <w:p w14:paraId="6E14B490" w14:textId="77777777" w:rsidR="006E14B2" w:rsidRDefault="00FD4BC7">
      <w:r>
        <w:t>- Complete register at each session.</w:t>
      </w:r>
      <w:r>
        <w:br/>
        <w:t>- Gain parental/guardian consent for under-18s.</w:t>
      </w:r>
      <w:r>
        <w:br/>
        <w:t>- Maintain safe coach:runner ratio.</w:t>
      </w:r>
      <w:r>
        <w:br/>
        <w:t>- Ensure session is progressive and appropriate for mixed abilities.</w:t>
      </w:r>
    </w:p>
    <w:p w14:paraId="2B5FEEA0" w14:textId="77777777" w:rsidR="006E14B2" w:rsidRDefault="00FD4BC7">
      <w:pPr>
        <w:pStyle w:val="Heading2"/>
      </w:pPr>
      <w:r>
        <w:t>Emergency Procedures</w:t>
      </w:r>
    </w:p>
    <w:p w14:paraId="1A5242C6" w14:textId="77777777" w:rsidR="006E14B2" w:rsidRDefault="00FD4BC7">
      <w:r>
        <w:t>- Mobile phone and emergency contact list carried by session leader.</w:t>
      </w:r>
      <w:r>
        <w:br/>
        <w:t>- First aid kit available.</w:t>
      </w:r>
      <w:r>
        <w:br/>
        <w:t>- Evacuation / access point for ambulance identified.</w:t>
      </w:r>
    </w:p>
    <w:p w14:paraId="60D866D1" w14:textId="77777777" w:rsidR="006E14B2" w:rsidRDefault="00FD4BC7">
      <w:pPr>
        <w:pStyle w:val="Heading2"/>
      </w:pPr>
      <w:r>
        <w:t>Assessment Outcome</w:t>
      </w:r>
    </w:p>
    <w:p w14:paraId="68ED454D" w14:textId="77777777" w:rsidR="006E14B2" w:rsidRDefault="00FD4BC7">
      <w:r>
        <w:t>With the above control measures in place, the session is considered Low–Medium Risk and safe to proceed.</w:t>
      </w:r>
    </w:p>
    <w:p w14:paraId="718891F5" w14:textId="11CE8E48" w:rsidR="006E14B2" w:rsidRDefault="00FD4BC7">
      <w:r>
        <w:br/>
        <w:t>Signed:</w:t>
      </w:r>
      <w:r w:rsidR="009B3F8D">
        <w:t xml:space="preserve"> Emma Hall</w:t>
      </w:r>
    </w:p>
    <w:p w14:paraId="1F544EEE" w14:textId="6C8B2C17" w:rsidR="006E14B2" w:rsidRDefault="00FD4BC7">
      <w:r>
        <w:t xml:space="preserve">Date: </w:t>
      </w:r>
      <w:r w:rsidR="009B3F8D">
        <w:t>25/09/2025</w:t>
      </w:r>
    </w:p>
    <w:sectPr w:rsidR="006E14B2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6CD17A" w14:textId="77777777" w:rsidR="00FD4BC7" w:rsidRDefault="00FD4BC7" w:rsidP="00381D6C">
      <w:pPr>
        <w:spacing w:after="0" w:line="240" w:lineRule="auto"/>
      </w:pPr>
      <w:r>
        <w:separator/>
      </w:r>
    </w:p>
  </w:endnote>
  <w:endnote w:type="continuationSeparator" w:id="0">
    <w:p w14:paraId="5D62071C" w14:textId="77777777" w:rsidR="00FD4BC7" w:rsidRDefault="00FD4BC7" w:rsidP="00381D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CE5170" w14:textId="77777777" w:rsidR="00FD4BC7" w:rsidRDefault="00FD4BC7" w:rsidP="00381D6C">
      <w:pPr>
        <w:spacing w:after="0" w:line="240" w:lineRule="auto"/>
      </w:pPr>
      <w:r>
        <w:separator/>
      </w:r>
    </w:p>
  </w:footnote>
  <w:footnote w:type="continuationSeparator" w:id="0">
    <w:p w14:paraId="10848B28" w14:textId="77777777" w:rsidR="00FD4BC7" w:rsidRDefault="00FD4BC7" w:rsidP="00381D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121B32" w14:textId="2A0E3865" w:rsidR="00381D6C" w:rsidRDefault="00381D6C" w:rsidP="00381D6C">
    <w:pPr>
      <w:pStyle w:val="Header"/>
      <w:jc w:val="right"/>
    </w:pPr>
    <w:r w:rsidRPr="00381D6C">
      <w:rPr>
        <w:noProof/>
      </w:rPr>
      <w:drawing>
        <wp:inline distT="0" distB="0" distL="0" distR="0" wp14:anchorId="7E964624" wp14:editId="4C7DC79D">
          <wp:extent cx="701842" cy="774220"/>
          <wp:effectExtent l="0" t="0" r="3175" b="6985"/>
          <wp:docPr id="2085179401" name="Picture 1" descr="A black and white logo with two people running on a roa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5179401" name="Picture 1" descr="A black and white logo with two people running on a road&#10;&#10;AI-generated content may b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08648" cy="7817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74704999">
    <w:abstractNumId w:val="8"/>
  </w:num>
  <w:num w:numId="2" w16cid:durableId="944534670">
    <w:abstractNumId w:val="6"/>
  </w:num>
  <w:num w:numId="3" w16cid:durableId="1169566666">
    <w:abstractNumId w:val="5"/>
  </w:num>
  <w:num w:numId="4" w16cid:durableId="548807740">
    <w:abstractNumId w:val="4"/>
  </w:num>
  <w:num w:numId="5" w16cid:durableId="1081024459">
    <w:abstractNumId w:val="7"/>
  </w:num>
  <w:num w:numId="6" w16cid:durableId="695690608">
    <w:abstractNumId w:val="3"/>
  </w:num>
  <w:num w:numId="7" w16cid:durableId="1572933349">
    <w:abstractNumId w:val="2"/>
  </w:num>
  <w:num w:numId="8" w16cid:durableId="2044939385">
    <w:abstractNumId w:val="1"/>
  </w:num>
  <w:num w:numId="9" w16cid:durableId="8734279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381D6C"/>
    <w:rsid w:val="00487A98"/>
    <w:rsid w:val="006E14B2"/>
    <w:rsid w:val="009B3F8D"/>
    <w:rsid w:val="00AA1D8D"/>
    <w:rsid w:val="00B47730"/>
    <w:rsid w:val="00CB0664"/>
    <w:rsid w:val="00EA612B"/>
    <w:rsid w:val="00FC693F"/>
    <w:rsid w:val="00FD4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A88E2C2"/>
  <w14:defaultImageDpi w14:val="300"/>
  <w15:docId w15:val="{D46C66F4-F4B3-49A3-886E-4E62A7525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363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2434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Emma Hall</cp:lastModifiedBy>
  <cp:revision>2</cp:revision>
  <dcterms:created xsi:type="dcterms:W3CDTF">2025-10-18T13:06:00Z</dcterms:created>
  <dcterms:modified xsi:type="dcterms:W3CDTF">2025-10-18T13:06:00Z</dcterms:modified>
  <cp:category/>
</cp:coreProperties>
</file>